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תכונות 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תכונות מרכזיות של מנהיגות ולקשר אותן לדוגמאות מחייו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דירוג וניתוח של ערכים כמו צניעות, פשרה ועמידה בעקרונות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חשיבה אישית על תכונות מנהיגות הרצויות לכל 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תכונות מנהיגות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שמר על אורח חיים צנוע למרות 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אומץ לקבל החלטות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הקשבה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עמידה בעקרונות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לפעמים חשוב לעמוד על עקרונות ולא לוותר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הקשבה היא שמיעת דעות, לא בהכרח שינוי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ממנהיגות אחראית 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צניעות נוגעת גם לאורח חיים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אומץ ואומץ יכולים להתקיים יחד עם הקשבה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תכונה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(אורח חיים פשוט למרות תפקיד בכיר)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(ויתור הדדי להשגת הסכם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(חתימה על הסכם למרות התנגדות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(קבלת החלטות בתי המשפט גם כשלא 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(שמיעת דעות שונות לפני הכרעה)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(המשך בדרך הנבחרת למרות לחץ לשנותה)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שלבים בקבלת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לשמוע דעות שונות של יועצים ושל הציבור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לבחון אילו עקרונות וערכים חשובים במצב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לשקול את התוצאות האפשריות של כל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החלטה ולעמוד מאחוריה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להסביר את ההחלטה לציבור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התבוננות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להערכה: רשימה מלאה של שש התכונות, נימוק ענייני וברור לבחירת התכונה הראשונה, קשר הגיוני בין הנימוק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בחירת תכונה אחת ברורה, הצעה מעשית וריאלית לדרך חיזוקה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חיבור לחיי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שבו הקשיבו לדעה שונה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ובה תכונה אחת עם נימוק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מדויקת המתאימה לתכונה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תכונה אישית עם דרך מעשית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דירוג קבוצתי בכיתה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בדירוג התכונות, אלא נימוק הוא המרכיב החשוב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בכיתה של לפחות תשובה אחת מהחלק האישי, תוך שמירה על נוחות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תכונות 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נתבונן בתכונות שונות של מנהיגות - כמו צניעות, אומץ, הקשבה ועמידה בעקרונות - ונבחן איך הן באות לידי ביטוי בדרכו של מנחם בגין.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תכונות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תכונה מבטאת נכונות לוותר על חלק מהעמדות כדי להשיג מטרה גדולה יותר, כמו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מנחם בגין נודע כמנהיג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 בפאר ובתקשורת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שמר על אורח חיים צנוע למרות תפקידו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סירב לקבל כל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התעלם מהחוק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קבלת החלטה קשה, כמו חתימה על הסכם שלום למרות התנגדות ציבורית, מבטאת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 לקבל החלטות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תכונה הכי קשורה לשמיעת דעות שונות לפני קבלת החלטה?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הקשבה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עמידה בעקרונות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כבוד למוסדות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מנהיג שממשיך לפעול לפי ערכיו גם כשזה לא פופולרי מפגין...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עמידה בעקרונות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צניעות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טוב חייב תמיד להתפשר, גם אם זה פוגע בעקרונות יסוד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לאחרים משמעה לשנות כל החלטה לפי כל דעה ששומעים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לחוק ולמוסדות חשוב גם כשהמנהיג לא מסכים עם החלטה מסוימת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צניעות אצל מנהיג יכולה להתבטא גם באורח חיים פשוט ולא רק בהתנהגות כלפי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 לקבל החלטות קשות פירושו להתעלם מדעות של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תכונה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שמיעת דעות שונות לפני הכרעה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קבלת החלטות בתי המשפט גם כשלא 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 לקבל החלטות 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ויתור הדדי להשגת הסכם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 לחוק ולמוסדות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אורח חיים פשוט למרות תפקיד בכיר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הקשבה לאחרים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המשך בדרך הנבחרת למרות לחץ לשנותה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עמידה בעקרונות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חתימה על הסכם למרות התנגדות פנימית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שלבים בקבלת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לבחון אילו עקרונות וערכים חשובים במצב הזה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את ההחלטה לציבור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החלטה ולעמוד מאחוריה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לשמוע דעות שונות של יועצים ושל הציבור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לשקול את התוצאות האפשריות של כל אפשרות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התבוננות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דרגו בעצמכם/ן שש תכונות מנהיגות מהחשובה ביותר ועד הפחות חשובה, ונמקו מדוע בחרתם בתכונה הראשונה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תכונה הייתם/ן רוצים/ות לחזק אצלכם/ן, וכיצד תוכלו לעשות זאת בפועל?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חיבור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מחיי היומיום שלכם שבה נדרשתם להפעיל הקשבה לאחרים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התכונה שלדעתכם החשובה ביותר למנהיג/ה, ומדוע?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מחייו של מנחם בגין לתכונת מנהיגות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תכונה תרצו לחזק אצלכם, ואיך?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של התבוננות – תכונות מנהיגות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