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🕊️ מנחם בגין: מנהיגות, צניעות ושלום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רגע של התבוננות – תכונות מנהיגות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תכונות מרכזיות של מנהיגות ולקשר אותן לדוגמאות מחייו של מנחם בגין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דירוג וניתוח של ערכים כמו צניעות, פשרה ועמידה בעקרונות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חשיבה אישית על תכונות מנהיגות הרצויות לכל 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תכונות מנהיגות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פשרה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שמר על אורח חיים צנוע למרות תפקידו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אומץ לקבל החלטות קשות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הקשבה לאחרים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עמידה בעקרונות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לפעמים חשוב לעמוד על עקרונות ולא לוותר עליהם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הקשבה היא שמיעת דעות, לא בהכרח שינוי ההחלטה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זהו חלק ממנהיגות אחראית בדמוקרטיה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צניעות נוגעת גם לאורח חיים אישי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אומץ ואומץ יכולים להתקיים יחד עם הקשבה לאחרים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התאמת תכונה לדוגמה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ו (אורח חיים פשוט למרות תפקיד בכיר)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(ויתור הדדי להשגת הסכם שלום)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(חתימה על הסכם למרות התנגדות פנימית)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(קבלת החלטות בתי המשפט גם כשלא נוח)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(שמיעת דעות שונות לפני הכרעה)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ה (המשך בדרך הנבחרת למרות לחץ לשנותה)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שלבים בקבלת החלטה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לשמוע דעות שונות של יועצים ושל הציבור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לבחון אילו עקרונות וערכים חשובים במצב הזה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לשקול את התוצאות האפשריות של כל אפשרות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לקבל החלטה ולעמוד מאחוריה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להסביר את ההחלטה לציבור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התבוננות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קריטריונים להערכה: רשימה מלאה של שש התכונות, נימוק ענייני וברור לבחירת התכונה הראשונה, קשר הגיוני בין הנימוק לתכונה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קריטריונים: בחירת תכונה אחת ברורה, הצעה מעשית וריאלית לדרך חיזוקה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חיבור לחיי היומיום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המתארת מצב שבו הקשיבו לדעה שונה משלהם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ובה תכונה אחת עם נימוק ברור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מדויקת המתאימה לתכונה שנבחרה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תכונה אישית עם דרך מעשית לחיזוק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במשחק דירוג קבוצתי בכיתה לפני המילוי האישי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חשוב להדגיש שאין תשובה אחת נכונה בדירוג התכונות, אלא נימוק הוא המרכיב החשוב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שיתוף בכיתה של לפחות תשובה אחת מהחלק האישי, תוך שמירה על נוחות התלמידים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🕊️ מנחם בגין: מנהיגות, צניעות ושלום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רגע של התבוננות – תכונות מנהיגות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על תכונות של מנהיג או מנהיגה טובים. נראה דוגמאות מחייו של מנחם בגין.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מנהיגות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יכולת להוביל אנשים ולקבל החלטות בשם קבוצה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צניעות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התנהגות פשוטה וענווה, בלי התרברבות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פשרה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ויתור הדדי כדי להגיע להסכמה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עקרונות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ערכים או כללים שאדם לא מוותר עליהם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הקשבה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שמיעת דעות של אחרים לפני החלטה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אומץ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יכולת לעשות דבר קשה למרות פחד או קושי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כבוד למוסדות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הכרה בסמכות החוק ומוסדות המדינה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קבלת החלטות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בחירה מתוך כמה אפשרויות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תכונות מנהיגות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תכונה קשורה לוויתור כדי להשיג שלום?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עקרונות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פשרה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צניעות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אומץ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איך בגין התנהג מבחינת אורח חיים?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חי בפאר ובתקשורת גבוהה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שמר על אורח חיים צנוע למרות תפקידו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סירב לקבל כל ביקורת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התעלם מהחוק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תכונה קשורה להחלטה קשה מול התנגדות?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הקשבה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אומץ לקבל החלטות קשות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כבוד לחוק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פשרה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תכונה קשורה לשמיעה?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הקשבה לאחרים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עמידה בעקרונות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צניעות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כבוד למוסדות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איזו תכונה היא להמשיך לפי ערכים גם כשקשה?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פשרה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עמידה בעקרונות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הקשבה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צניעות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מנהיג טוב חייב תמיד להתפשר, גם אם זה פוגע בעקרונות יסוד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הקשבה לאחרים משמעה לשנות כל החלטה לפי כל דעה ששומעים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כבוד לחוק ולמוסדות חשוב גם כשהמנהיג לא מסכים עם החלטה מסוימת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צניעות אצל מנהיג יכולה להתבטא גם באורח חיים פשוט ולא רק בהתנהגות כלפי אחרים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אומץ לקבל החלטות קשות פירושו להתעלם מדעות של אחרים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התאמת תכונה לדוגמה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צניעות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קבלת החלטות בתי המשפט גם כשלא נוח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פשרה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שמיעת דעות שונות לפני הכרעה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אומץ לקבל החלטות קשות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ויתור הדדי להשגת הסכם שלום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כבוד לחוק ולמוסדות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חתימה על הסכם למרות התנגדות פנימית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הקשבה לאחרים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המשך בדרך הנבחרת למרות לחץ לשנותה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עמידה בעקרונות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אורח חיים פשוט למרות תפקיד בכיר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שלבים בקבלת החלטה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לקבל החלטה ולעמוד מאחוריה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להסביר את ההחלטה לציבור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לשמוע דעות שונות של יועצים ושל הציבור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לשקול את התוצאות האפשריות של כל אפשרות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לבחון אילו עקרונות וערכים חשובים במצב הזה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התבוננות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דרגו בעצמכם/ן שש תכונות מנהיגות מהחשובה ביותר ועד הפחות חשובה, ונמקו מדוע בחרתם בתכונה הראשונה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תכונה הייתם/ן רוצים/ות לחזק אצלכם/ן, וכיצד תוכלו לעשות זאת בפועל?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חיבור לחיי היומיום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תנו דוגמה מחיי היומיום שלכם שבה נדרשתם להפעיל הקשבה לאחרים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התכונה שלדעתכם החשובה ביותר למנהיג/ה, ומדוע?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מחייו של מנחם בגין לתכונת מנהיגות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איזו תכונה תרצו לחזק אצלכם, ואיך?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רגע של התבוננות – תכונות מנהיגות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