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של התבוננות – תכונות מנהיגות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תכונות מרכזיות של מנהיגות ולקשר אותן לדוגמאות מחייו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דירוג וניתוח של ערכים כמו צניעות, פשרה ועמידה בעקרונות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חשיבה אישית על תכונות מנהיגות הרצויות לכל 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תכונות מנהיגות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שמר על אורח חיים צנוע למרות תפקידו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לפעמים חשוב לעמוד על עקרונות ולא לוותר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הקשבה היא שמיעת דעות, לא בהכרח שינוי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חלק ממנהיגות אחראית בדמוקרטיה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תכונה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(אורח חיים פשוט למרות תפקיד בכיר)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(ויתור הדדי להשגת הסכם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(חתימה על הסכם למרות התנגדות פנימית)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(קבלת החלטות בתי המשפט גם כשלא נוח)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שלבים בקבלת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לשמוע דעות שונות של יועצים ושל הציבור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לבחון אילו עקרונות וערכים חשובים במצב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לשקול את התוצאות האפשריות של כל אפשרות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החלטה ולעמוד מאחוריה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התבוננות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 להערכה: רשימה מלאה של שש התכונות, נימוק ענייני וברור לבחירת התכונה הראשונה, קשר הגיוני בין הנימוק לתכונה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חיבור לחיי היומיום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 שבו הקשיבו לדעה שונה משלהם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ובה תכונה אחת עם נימוק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מדויקת המתאימה לתכונה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תכונה אישית עם דרך מעשית לחיזוק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במשחק דירוג קבוצתי בכיתה לפני המילוי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אחת נכונה בדירוג התכונות, אלא נימוק הוא המרכיב החשוב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בכיתה של לפחות תשובה אחת מהחלק האישי, תוך שמירה על נוחות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של התבוננות – תכונות מנהיגות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נתבונן בתכונות שונות של מנהיגות - כמו צניעות, אומץ, הקשבה ועמידה בעקרונות - ונבחן איך הן באות לידי ביטוי בדרכו של מנחם בגין.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תכונות מנהיגות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תכונה מבטאת נכונות לוותר על חלק מהעמדות כדי להשיג מטרה גדולה יותר, כמו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עקרונות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מנחם בגין נודע כמנהיג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 בפאר ובתקשורת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שמר על אורח חיים צנוע למרות תפקידו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סירב לקבל כל ביקורת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מנהיג טוב חייב תמיד להתפשר, גם אם זה פוגע בעקרונות יסוד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הקשבה לאחרים משמעה לשנות כל החלטה לפי כל דעה ששומעים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כבוד לחוק ולמוסדות חשוב גם כשהמנהיג לא מסכים עם החלטה מסוימת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תכונה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קבלת החלטות בתי המשפט גם כשלא 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חתימה על הסכם למרות התנגדות פנימית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אומץ לקבל החלטות קשות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אורח חיים פשוט למרות תפקיד בכיר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כבוד לחוק ולמוסדות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ויתור הדדי להשגת הסכם שלום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שלבים בקבלת 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לבחון אילו עקרונות וערכים חשובים במצב הזה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לשקול את התוצאות האפשריות של כל אפשרות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לקבל החלטה ולעמוד מאחוריה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לשמוע דעות שונות של יועצים ושל הציבור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התבוננות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דרגו בעצמכם/ן שש תכונות מנהיגות מהחשובה ביותר ועד הפחות חשובה, ונמקו מדוע בחרתם בתכונה הראשונה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חיבור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מחיי היומיום שלכם שבה נדרשתם להפעיל הקשבה לאחרים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התכונה שלדעתכם החשובה ביותר למנהיג/ה, ומדוע?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מחייו של מנחם בגין לתכונת מנהיגות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רגע של התבוננות – תכונות מנהיגות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